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E7EB3" w:rsidRDefault="00000000">
      <w:pPr>
        <w:pStyle w:val="Title"/>
      </w:pPr>
      <w:r>
        <w:t>Kingswood Subdivision Improvement District Association</w:t>
      </w:r>
    </w:p>
    <w:p w:rsidR="005E7EB3" w:rsidRDefault="00000000">
      <w:pPr>
        <w:pStyle w:val="Heading1"/>
      </w:pPr>
      <w:r>
        <w:t>Meeting Minutes</w:t>
      </w:r>
    </w:p>
    <w:p w:rsidR="005E7EB3" w:rsidRDefault="00000000">
      <w:r>
        <w:t>Date/Time: Saturday, July 26, 2025 – 10:30 AM</w:t>
      </w:r>
    </w:p>
    <w:p w:rsidR="005E7EB3" w:rsidRDefault="00000000">
      <w:r>
        <w:t>Location: New Orleans East Public Library, 5641 Read Blvd, New Orleans, LA</w:t>
      </w:r>
    </w:p>
    <w:p w:rsidR="005E7EB3" w:rsidRDefault="00000000">
      <w:pPr>
        <w:pStyle w:val="Heading2"/>
      </w:pPr>
      <w:r>
        <w:t>Attendance</w:t>
      </w:r>
    </w:p>
    <w:p w:rsidR="005E7EB3" w:rsidRDefault="00000000">
      <w:pPr>
        <w:pStyle w:val="ListBullet"/>
      </w:pPr>
      <w:r>
        <w:t>Present: Melanie Thompson (President), John Taylor (Vice President), Paula Stewart, Cornel Stewart, Theresa Guillen (Treasurer), Lucies Thompson</w:t>
      </w:r>
    </w:p>
    <w:p w:rsidR="005E7EB3" w:rsidRDefault="00000000">
      <w:pPr>
        <w:pStyle w:val="ListBullet"/>
      </w:pPr>
      <w:r>
        <w:t>Absent: Kevin Ealy</w:t>
      </w:r>
    </w:p>
    <w:p w:rsidR="005E7EB3" w:rsidRDefault="00000000">
      <w:pPr>
        <w:pStyle w:val="ListBullet"/>
      </w:pPr>
      <w:r>
        <w:t>Vacancies: 2 positions</w:t>
      </w:r>
    </w:p>
    <w:p w:rsidR="005E7EB3" w:rsidRDefault="00000000">
      <w:pPr>
        <w:pStyle w:val="Heading2"/>
      </w:pPr>
      <w:r>
        <w:t>Call to Order</w:t>
      </w:r>
    </w:p>
    <w:p w:rsidR="005E7EB3" w:rsidRDefault="00000000">
      <w:r>
        <w:t>Meeting called to order by President Melanie Thompson at 10:35 AM. Quorum established.</w:t>
      </w:r>
    </w:p>
    <w:p w:rsidR="005E7EB3" w:rsidRDefault="00000000">
      <w:pPr>
        <w:pStyle w:val="Heading2"/>
      </w:pPr>
      <w:r>
        <w:t>Agenda Approval</w:t>
      </w:r>
    </w:p>
    <w:p w:rsidR="005E7EB3" w:rsidRDefault="00000000">
      <w:r>
        <w:t>Motion to approve agenda made by M. Thompson, seconded by T. Guillen. Approved unanimously.</w:t>
      </w:r>
    </w:p>
    <w:p w:rsidR="005E7EB3" w:rsidRDefault="00000000">
      <w:pPr>
        <w:pStyle w:val="Heading2"/>
      </w:pPr>
      <w:r>
        <w:t>Treasurer’s Report</w:t>
      </w:r>
    </w:p>
    <w:p w:rsidR="005E7EB3" w:rsidRDefault="00000000">
      <w:r>
        <w:t>Report presented for July–current (Board of Liquidation and Capital One accounts). Motion to approve report by M. Thompson, seconded by T. Guillen. Approved unanimously.</w:t>
      </w:r>
    </w:p>
    <w:p w:rsidR="005E7EB3" w:rsidRDefault="00000000">
      <w:pPr>
        <w:pStyle w:val="Heading2"/>
      </w:pPr>
      <w:r>
        <w:t>Security Report</w:t>
      </w:r>
    </w:p>
    <w:p w:rsidR="005E7EB3" w:rsidRDefault="00000000">
      <w:r>
        <w:t>Stray dog in subdivision caught by resident and taken to SPCA.</w:t>
      </w:r>
    </w:p>
    <w:p w:rsidR="005E7EB3" w:rsidRDefault="00000000">
      <w:pPr>
        <w:pStyle w:val="Heading2"/>
      </w:pPr>
      <w:r>
        <w:t>Old Business</w:t>
      </w:r>
    </w:p>
    <w:p w:rsidR="005E7EB3" w:rsidRDefault="00000000">
      <w:pPr>
        <w:pStyle w:val="ListBullet"/>
      </w:pPr>
      <w:r>
        <w:t>Nuisance/abandoned properties discussed (7085 Edgefield, 6940 Whitmore, 4 vacant lots identified).</w:t>
      </w:r>
    </w:p>
    <w:p w:rsidR="005E7EB3" w:rsidRDefault="00000000">
      <w:pPr>
        <w:pStyle w:val="ListBullet"/>
      </w:pPr>
      <w:r>
        <w:t>School bus previously parked in subdivision has been removed.</w:t>
      </w:r>
    </w:p>
    <w:p w:rsidR="005E7EB3" w:rsidRDefault="00000000">
      <w:pPr>
        <w:pStyle w:val="ListBullet"/>
      </w:pPr>
      <w:r>
        <w:t>Discussion on Kingswood Park maintenance with Commissioner Troy White.</w:t>
      </w:r>
    </w:p>
    <w:p w:rsidR="005E7EB3" w:rsidRDefault="00000000">
      <w:pPr>
        <w:pStyle w:val="ListBullet"/>
      </w:pPr>
      <w:r>
        <w:t>Solar fence lighting repairs.</w:t>
      </w:r>
    </w:p>
    <w:p w:rsidR="005E7EB3" w:rsidRDefault="00000000">
      <w:pPr>
        <w:pStyle w:val="ListBullet"/>
      </w:pPr>
      <w:r>
        <w:t>Groundbreaking ceremony for Joe W. Brown Park carousel scheduled for August 29, 2025.</w:t>
      </w:r>
    </w:p>
    <w:p w:rsidR="005E7EB3" w:rsidRDefault="00000000">
      <w:pPr>
        <w:pStyle w:val="Heading2"/>
      </w:pPr>
      <w:r>
        <w:t>New Business</w:t>
      </w:r>
    </w:p>
    <w:p w:rsidR="005E7EB3" w:rsidRDefault="00000000">
      <w:pPr>
        <w:pStyle w:val="ListBullet"/>
      </w:pPr>
      <w:r>
        <w:t>Tax rolls open July 15 – August 15, 2025.</w:t>
      </w:r>
    </w:p>
    <w:p w:rsidR="005E7EB3" w:rsidRDefault="00000000">
      <w:pPr>
        <w:pStyle w:val="ListBullet"/>
      </w:pPr>
      <w:r>
        <w:t>Request submitted for front entrance light pole (Ms. Duplessis).</w:t>
      </w:r>
    </w:p>
    <w:p w:rsidR="005E7EB3" w:rsidRDefault="00000000">
      <w:pPr>
        <w:pStyle w:val="ListBullet"/>
      </w:pPr>
      <w:r>
        <w:lastRenderedPageBreak/>
        <w:t>KIDA board to compile list of delinquent/foreclosed/blighted properties.</w:t>
      </w:r>
    </w:p>
    <w:p w:rsidR="005E7EB3" w:rsidRDefault="00000000">
      <w:pPr>
        <w:pStyle w:val="ListBullet"/>
      </w:pPr>
      <w:r>
        <w:t>Cooling stations available at New Orleans East Library.</w:t>
      </w:r>
    </w:p>
    <w:p w:rsidR="005E7EB3" w:rsidRDefault="00000000">
      <w:pPr>
        <w:pStyle w:val="ListBullet"/>
      </w:pPr>
      <w:r>
        <w:t>Hurricane awareness reminder.</w:t>
      </w:r>
    </w:p>
    <w:p w:rsidR="005E7EB3" w:rsidRDefault="00000000">
      <w:pPr>
        <w:pStyle w:val="ListBullet"/>
      </w:pPr>
      <w:r>
        <w:t>RTA route issues and trash bin installation discussed.</w:t>
      </w:r>
    </w:p>
    <w:p w:rsidR="005E7EB3" w:rsidRDefault="00000000">
      <w:pPr>
        <w:pStyle w:val="ListBullet"/>
      </w:pPr>
      <w:r>
        <w:t>Kingswood Subdivision will host a table at the New Orleans East Festival (Sept. 20, 2025, 11 AM–7 PM).</w:t>
      </w:r>
    </w:p>
    <w:p w:rsidR="005E7EB3" w:rsidRDefault="00000000">
      <w:pPr>
        <w:pStyle w:val="ListBullet"/>
      </w:pPr>
      <w:r>
        <w:t>Fortified Roof program grant ($10,000) available Oct. 2025 through Rep. Matthew Willard.</w:t>
      </w:r>
    </w:p>
    <w:p w:rsidR="005E7EB3" w:rsidRDefault="00000000">
      <w:pPr>
        <w:pStyle w:val="Heading2"/>
      </w:pPr>
      <w:r>
        <w:t>Community Announcements</w:t>
      </w:r>
    </w:p>
    <w:p w:rsidR="005E7EB3" w:rsidRDefault="00000000">
      <w:pPr>
        <w:pStyle w:val="ListBullet"/>
      </w:pPr>
      <w:r>
        <w:t>New Orleans East Matters: Bi-weekly at PJ’s Coffee.</w:t>
      </w:r>
    </w:p>
    <w:p w:rsidR="005E7EB3" w:rsidRDefault="00000000">
      <w:pPr>
        <w:pStyle w:val="ListBullet"/>
      </w:pPr>
      <w:r>
        <w:t>ENONAC General Meeting: 2nd Tuesday monthly, location TBD.</w:t>
      </w:r>
    </w:p>
    <w:p w:rsidR="005E7EB3" w:rsidRDefault="00000000">
      <w:pPr>
        <w:pStyle w:val="ListBullet"/>
      </w:pPr>
      <w:r>
        <w:t>NONPACC Meeting: 3rd Wednesday monthly (Facebook or 7th District Station).</w:t>
      </w:r>
    </w:p>
    <w:p w:rsidR="005E7EB3" w:rsidRDefault="00000000">
      <w:pPr>
        <w:pStyle w:val="ListBullet"/>
      </w:pPr>
      <w:r>
        <w:t>NOLA East Festival: September 20, 2025.</w:t>
      </w:r>
    </w:p>
    <w:p w:rsidR="005E7EB3" w:rsidRDefault="00000000">
      <w:pPr>
        <w:pStyle w:val="ListBullet"/>
      </w:pPr>
      <w:r>
        <w:t>Support local NOE businesses.</w:t>
      </w:r>
    </w:p>
    <w:p w:rsidR="005E7EB3" w:rsidRDefault="00000000">
      <w:pPr>
        <w:pStyle w:val="Heading2"/>
      </w:pPr>
      <w:r>
        <w:t>Q&amp;A Highlights</w:t>
      </w:r>
    </w:p>
    <w:p w:rsidR="005E7EB3" w:rsidRDefault="00000000">
      <w:pPr>
        <w:pStyle w:val="ListBullet"/>
      </w:pPr>
      <w:r>
        <w:t>Past minutes will be posted on www.kidnoe.org.</w:t>
      </w:r>
    </w:p>
    <w:p w:rsidR="005E7EB3" w:rsidRDefault="00000000">
      <w:pPr>
        <w:pStyle w:val="ListBullet"/>
      </w:pPr>
      <w:r>
        <w:t>Requirements to become commissioner: current on property taxes, active in subdivision volunteer efforts.</w:t>
      </w:r>
    </w:p>
    <w:p w:rsidR="005E7EB3" w:rsidRDefault="00000000">
      <w:pPr>
        <w:pStyle w:val="ListBullet"/>
      </w:pPr>
      <w:r>
        <w:t>By-laws currently set no term limits.</w:t>
      </w:r>
    </w:p>
    <w:p w:rsidR="005E7EB3" w:rsidRDefault="00000000">
      <w:pPr>
        <w:pStyle w:val="ListBullet"/>
      </w:pPr>
      <w:r>
        <w:t>Roadwork concern (fiber optic installation by AT&amp;T) – follow-up with Councilperson Thomas’ office.</w:t>
      </w:r>
    </w:p>
    <w:p w:rsidR="005E7EB3" w:rsidRDefault="00000000">
      <w:pPr>
        <w:pStyle w:val="Heading2"/>
      </w:pPr>
      <w:r>
        <w:t>Adjournment</w:t>
      </w:r>
    </w:p>
    <w:p w:rsidR="005E7EB3" w:rsidRDefault="00000000">
      <w:r>
        <w:t>Meeting adjourned at 11:30 AM.</w:t>
      </w:r>
    </w:p>
    <w:p w:rsidR="005E7EB3" w:rsidRDefault="00000000">
      <w:r>
        <w:br/>
        <w:t>Submitted by: Melanie Thompson, President</w:t>
      </w:r>
    </w:p>
    <w:sectPr w:rsidR="005E7EB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77108188">
    <w:abstractNumId w:val="8"/>
  </w:num>
  <w:num w:numId="2" w16cid:durableId="1894000793">
    <w:abstractNumId w:val="6"/>
  </w:num>
  <w:num w:numId="3" w16cid:durableId="83840229">
    <w:abstractNumId w:val="5"/>
  </w:num>
  <w:num w:numId="4" w16cid:durableId="1361202165">
    <w:abstractNumId w:val="4"/>
  </w:num>
  <w:num w:numId="5" w16cid:durableId="166487073">
    <w:abstractNumId w:val="7"/>
  </w:num>
  <w:num w:numId="6" w16cid:durableId="950748695">
    <w:abstractNumId w:val="3"/>
  </w:num>
  <w:num w:numId="7" w16cid:durableId="1692604722">
    <w:abstractNumId w:val="2"/>
  </w:num>
  <w:num w:numId="8" w16cid:durableId="2062242885">
    <w:abstractNumId w:val="1"/>
  </w:num>
  <w:num w:numId="9" w16cid:durableId="13774671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E7EB3"/>
    <w:rsid w:val="00663B68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7001F878-0A2D-8C41-9C10-3D5CCB5CD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2420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Melanie Thompson</cp:lastModifiedBy>
  <cp:revision>2</cp:revision>
  <dcterms:created xsi:type="dcterms:W3CDTF">2025-08-25T14:25:00Z</dcterms:created>
  <dcterms:modified xsi:type="dcterms:W3CDTF">2025-08-25T14:25:00Z</dcterms:modified>
  <cp:category/>
</cp:coreProperties>
</file>